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3F1EB"/>
  <w:body>
    <w:p>
      <w:pPr>
        <w:pStyle w:val="ResumeKicker"/>
        <w:keepNext/>
        <w:keepLines/>
      </w:pPr>
      <w:r>
        <w:rPr>
          <w:rFonts w:ascii="Yu Gothic" w:hAnsi="Yu Gothic" w:eastAsia="Yu Gothic"/>
          <w:lang w:val="ja-JP" w:eastAsia="ja-JP"/>
        </w:rPr>
        <w:t>職務経歴書</w:t>
      </w:r>
    </w:p>
    <w:p>
      <w:pPr>
        <w:pStyle w:val="ResumeName"/>
        <w:keepNext/>
        <w:keepLines/>
      </w:pPr>
      <w:r>
        <w:rPr>
          <w:rFonts w:ascii="Yu Gothic" w:hAnsi="Yu Gothic" w:eastAsia="Yu Gothic"/>
          <w:lang w:val="ja-JP" w:eastAsia="ja-JP"/>
        </w:rPr>
        <w:t>DAN CALLAN</w:t>
      </w:r>
    </w:p>
    <w:p>
      <w:pPr>
        <w:pStyle w:val="ResumeRole"/>
        <w:keepNext/>
        <w:keepLines/>
      </w:pPr>
      <w:r>
        <w:rPr>
          <w:rFonts w:ascii="Yu Gothic" w:hAnsi="Yu Gothic" w:eastAsia="Yu Gothic"/>
          <w:lang w:val="ja-JP" w:eastAsia="ja-JP"/>
        </w:rPr>
        <w:t>シニア／スタッフ ゲームデザイナー — アクティビティ、目標、エンカウント、PvPvEシステム</w:t>
      </w:r>
    </w:p>
    <w:p>
      <w:pPr>
        <w:pStyle w:val="ResumeContact"/>
        <w:tabs>
          <w:tab w:pos="3211" w:val="left"/>
          <w:tab w:pos="6379" w:val="left"/>
        </w:tabs>
        <w:pBdr>
          <w:bottom w:val="single" w:sz="6" w:space="6" w:color="171816"/>
        </w:pBdr>
      </w:pPr>
      <w:r>
        <w:rPr>
          <w:rFonts w:ascii="Yu Gothic" w:hAnsi="Yu Gothic" w:eastAsia="Yu Gothic"/>
          <w:b/>
          <w:i w:val="0"/>
          <w:color w:val="666A65"/>
          <w:sz w:val="15"/>
        </w:rPr>
        <w:t xml:space="preserve">Email: </w:t>
      </w:r>
      <w:hyperlink r:id="rId12">
        <w:r>
          <w:rPr>
            <w:rFonts w:ascii="Yu Gothic" w:hAnsi="Yu Gothic" w:eastAsia="Yu Gothic"/>
            <w:color w:val="171816"/>
            <w:sz w:val="15"/>
            <w:szCs w:val="15"/>
            <w:u w:val="single" w:color="C9C7C0"/>
            <w:lang w:val="ja-JP" w:eastAsia="ja-JP"/>
          </w:rPr>
          <w:t>dan@robot-series.com</w:t>
        </w:r>
      </w:hyperlink>
      <w:r>
        <w:rPr>
          <w:rFonts w:ascii="Yu Gothic" w:hAnsi="Yu Gothic" w:eastAsia="Yu Gothic"/>
          <w:b w:val="0"/>
          <w:i w:val="0"/>
          <w:color w:val="171816"/>
          <w:sz w:val="15"/>
        </w:rPr>
        <w:tab/>
      </w:r>
      <w:r>
        <w:rPr>
          <w:rFonts w:ascii="Yu Gothic" w:hAnsi="Yu Gothic" w:eastAsia="Yu Gothic"/>
          <w:b/>
          <w:i w:val="0"/>
          <w:color w:val="666A65"/>
          <w:sz w:val="15"/>
        </w:rPr>
        <w:t xml:space="preserve">LinkedIn: </w:t>
      </w:r>
      <w:hyperlink r:id="rId13">
        <w:r>
          <w:rPr>
            <w:rFonts w:ascii="Yu Gothic" w:hAnsi="Yu Gothic" w:eastAsia="Yu Gothic"/>
            <w:color w:val="171816"/>
            <w:sz w:val="15"/>
            <w:szCs w:val="15"/>
            <w:u w:val="single" w:color="C9C7C0"/>
            <w:lang w:val="ja-JP" w:eastAsia="ja-JP"/>
          </w:rPr>
          <w:t>linkedin.com/in/danjamin</w:t>
        </w:r>
      </w:hyperlink>
      <w:r>
        <w:rPr>
          <w:rFonts w:ascii="Yu Gothic" w:hAnsi="Yu Gothic" w:eastAsia="Yu Gothic"/>
          <w:b w:val="0"/>
          <w:i w:val="0"/>
          <w:color w:val="171816"/>
          <w:sz w:val="15"/>
        </w:rPr>
        <w:tab/>
      </w:r>
      <w:r>
        <w:rPr>
          <w:rFonts w:ascii="Yu Gothic" w:hAnsi="Yu Gothic" w:eastAsia="Yu Gothic"/>
          <w:b/>
          <w:i w:val="0"/>
          <w:color w:val="666A65"/>
          <w:sz w:val="15"/>
        </w:rPr>
        <w:t xml:space="preserve">Portfolio: </w:t>
      </w:r>
      <w:hyperlink r:id="rId14">
        <w:r>
          <w:rPr>
            <w:rFonts w:ascii="Yu Gothic" w:hAnsi="Yu Gothic" w:eastAsia="Yu Gothic"/>
            <w:color w:val="171816"/>
            <w:sz w:val="15"/>
            <w:szCs w:val="15"/>
            <w:u w:val="single" w:color="C9C7C0"/>
            <w:lang w:val="ja-JP" w:eastAsia="ja-JP"/>
          </w:rPr>
          <w:t>portfolio.robot-series.com</w:t>
        </w:r>
      </w:hyperlink>
    </w:p>
    <w:p>
      <w:pPr>
        <w:pStyle w:val="Heading1"/>
        <w:spacing w:before="200"/>
        <w:keepNext/>
        <w:keepLines/>
      </w:pPr>
      <w:r>
        <w:rPr>
          <w:rFonts w:ascii="Yu Gothic" w:hAnsi="Yu Gothic" w:eastAsia="Yu Gothic"/>
          <w:lang w:val="ja-JP" w:eastAsia="ja-JP"/>
        </w:rPr>
        <w:t>職務要約</w:t>
      </w:r>
    </w:p>
    <w:p>
      <w:pPr>
        <w:pStyle w:val="ResumeProfile"/>
        <w:keepLines/>
      </w:pPr>
      <w:r>
        <w:rPr>
          <w:rFonts w:ascii="Yu Gothic" w:hAnsi="Yu Gothic" w:eastAsia="Yu Gothic"/>
          <w:lang w:val="ja-JP" w:eastAsia="ja-JP"/>
        </w:rPr>
        <w:t>AAAゲーム開発で15年以上の経験を持つスタッフレベルのゲームデザイナー。共有ワールド型シューター、オープンワールド、キャンペーンミッションに携わり、システム設計を手触りのあるゲームプレイへ落とし込むことを専門とする。初期設計、空間調整、スクリプティング、実装、プレイテスト、調整、リリースまで一貫して担当。</w:t>
      </w:r>
    </w:p>
    <w:p>
      <w:pPr>
        <w:pStyle w:val="Heading1"/>
        <w:spacing w:before="160"/>
        <w:keepNext/>
        <w:keepLines/>
      </w:pPr>
      <w:r>
        <w:rPr>
          <w:rFonts w:ascii="Yu Gothic" w:hAnsi="Yu Gothic" w:eastAsia="Yu Gothic"/>
          <w:lang w:val="ja-JP" w:eastAsia="ja-JP"/>
        </w:rPr>
        <w:t>専門領域</w:t>
      </w:r>
    </w:p>
    <w:p>
      <w:pPr>
        <w:pStyle w:val="ResumeStrengths"/>
        <w:keepLines/>
      </w:pPr>
      <w:r>
        <w:rPr>
          <w:rFonts w:ascii="Yu Gothic" w:hAnsi="Yu Gothic" w:eastAsia="Yu Gothic"/>
          <w:b/>
          <w:i w:val="0"/>
          <w:color w:val="393C38"/>
          <w:sz w:val="18"/>
          <w:lang w:val="ja-JP" w:eastAsia="ja-JP"/>
        </w:rPr>
        <w:t>アクティビティ／エンカウントの設計責任</w:t>
      </w:r>
      <w:r>
        <w:rPr>
          <w:rFonts w:ascii="Yu Gothic" w:hAnsi="Yu Gothic" w:eastAsia="Yu Gothic"/>
          <w:b w:val="0"/>
          <w:i w:val="0"/>
          <w:color w:val="666A65"/>
          <w:sz w:val="18"/>
        </w:rPr>
        <w:t xml:space="preserve">;  </w:t>
      </w:r>
      <w:r>
        <w:rPr>
          <w:rFonts w:ascii="Yu Gothic" w:hAnsi="Yu Gothic" w:eastAsia="Yu Gothic"/>
          <w:b/>
          <w:i w:val="0"/>
          <w:color w:val="393C38"/>
          <w:sz w:val="18"/>
          <w:lang w:val="ja-JP" w:eastAsia="ja-JP"/>
        </w:rPr>
        <w:t>共有ワールド／PvPvEシステム</w:t>
      </w:r>
      <w:r>
        <w:rPr>
          <w:rFonts w:ascii="Yu Gothic" w:hAnsi="Yu Gothic" w:eastAsia="Yu Gothic"/>
          <w:b w:val="0"/>
          <w:i w:val="0"/>
          <w:color w:val="666A65"/>
          <w:sz w:val="18"/>
        </w:rPr>
        <w:t xml:space="preserve">;  </w:t>
      </w:r>
      <w:r>
        <w:rPr>
          <w:rFonts w:ascii="Yu Gothic" w:hAnsi="Yu Gothic" w:eastAsia="Yu Gothic"/>
          <w:b/>
          <w:i w:val="0"/>
          <w:color w:val="393C38"/>
          <w:sz w:val="18"/>
          <w:lang w:val="ja-JP" w:eastAsia="ja-JP"/>
        </w:rPr>
        <w:t>AI編成と戦闘空間設計</w:t>
      </w:r>
      <w:r>
        <w:rPr>
          <w:rFonts w:ascii="Yu Gothic" w:hAnsi="Yu Gothic" w:eastAsia="Yu Gothic"/>
          <w:b w:val="0"/>
          <w:i w:val="0"/>
          <w:color w:val="666A65"/>
          <w:sz w:val="18"/>
        </w:rPr>
        <w:t xml:space="preserve">;  </w:t>
      </w:r>
      <w:r>
        <w:rPr>
          <w:rFonts w:ascii="Yu Gothic" w:hAnsi="Yu Gothic" w:eastAsia="Yu Gothic"/>
          <w:b/>
          <w:i w:val="0"/>
          <w:color w:val="393C38"/>
          <w:sz w:val="18"/>
          <w:lang w:val="ja-JP" w:eastAsia="ja-JP"/>
        </w:rPr>
        <w:t>スクリプティング、実装、調整</w:t>
      </w:r>
      <w:r>
        <w:rPr>
          <w:rFonts w:ascii="Yu Gothic" w:hAnsi="Yu Gothic" w:eastAsia="Yu Gothic"/>
          <w:b w:val="0"/>
          <w:i w:val="0"/>
          <w:color w:val="666A65"/>
          <w:sz w:val="18"/>
        </w:rPr>
        <w:t xml:space="preserve">;  </w:t>
      </w:r>
      <w:r>
        <w:rPr>
          <w:rFonts w:ascii="Yu Gothic" w:hAnsi="Yu Gothic" w:eastAsia="Yu Gothic"/>
          <w:b/>
          <w:i w:val="0"/>
          <w:color w:val="393C38"/>
          <w:sz w:val="18"/>
          <w:lang w:val="ja-JP" w:eastAsia="ja-JP"/>
        </w:rPr>
        <w:t>部門横断のデザインリード</w:t>
      </w:r>
    </w:p>
    <w:p>
      <w:pPr>
        <w:pStyle w:val="Heading1"/>
        <w:spacing w:before="200"/>
        <w:keepNext/>
        <w:keepLines/>
      </w:pPr>
      <w:r>
        <w:rPr>
          <w:rFonts w:ascii="Yu Gothic" w:hAnsi="Yu Gothic" w:eastAsia="Yu Gothic"/>
          <w:lang w:val="ja-JP" w:eastAsia="ja-JP"/>
        </w:rPr>
        <w:t>職務経歴</w:t>
      </w:r>
    </w:p>
    <w:p>
      <w:pPr>
        <w:pStyle w:val="Heading2"/>
        <w:spacing w:before="180"/>
        <w:keepNext/>
        <w:keepLines/>
      </w:pPr>
      <w:r>
        <w:rPr>
          <w:rFonts w:ascii="Yu Gothic" w:hAnsi="Yu Gothic" w:eastAsia="Yu Gothic"/>
          <w:b/>
          <w:i w:val="0"/>
          <w:color w:val="171816"/>
          <w:sz w:val="26"/>
          <w:lang w:val="ja-JP" w:eastAsia="ja-JP"/>
        </w:rPr>
        <w:t>スタッフ・ゲームデザイナー</w:t>
      </w:r>
      <w:r>
        <w:rPr>
          <w:rFonts w:ascii="Yu Gothic" w:hAnsi="Yu Gothic" w:eastAsia="Yu Gothic"/>
          <w:b w:val="0"/>
          <w:i w:val="0"/>
          <w:color w:val="C9C7C0"/>
          <w:sz w:val="22"/>
        </w:rPr>
        <w:t xml:space="preserve">  /  </w:t>
      </w:r>
      <w:r>
        <w:rPr>
          <w:rFonts w:ascii="Yu Gothic" w:hAnsi="Yu Gothic" w:eastAsia="Yu Gothic"/>
          <w:b/>
          <w:i w:val="0"/>
          <w:color w:val="666A65"/>
          <w:sz w:val="20"/>
          <w:lang w:val="ja-JP" w:eastAsia="ja-JP"/>
        </w:rPr>
        <w:t>Bungie</w:t>
      </w:r>
    </w:p>
    <w:p>
      <w:pPr>
        <w:pStyle w:val="ResumeJobMeta"/>
        <w:tabs>
          <w:tab w:pos="10195" w:val="right"/>
        </w:tabs>
        <w:keepNext/>
        <w:keepLines/>
      </w:pPr>
      <w:r>
        <w:rPr>
          <w:rFonts w:ascii="Yu Gothic" w:hAnsi="Yu Gothic" w:eastAsia="Yu Gothic"/>
          <w:b/>
          <w:i w:val="0"/>
          <w:color w:val="BD302A"/>
          <w:sz w:val="16"/>
          <w:lang w:val="ja-JP" w:eastAsia="ja-JP"/>
        </w:rPr>
        <w:t>Marathon</w:t>
      </w:r>
      <w:r>
        <w:rPr>
          <w:rFonts w:ascii="Yu Gothic" w:hAnsi="Yu Gothic" w:eastAsia="Yu Gothic"/>
          <w:b/>
          <w:i w:val="0"/>
          <w:color w:val="666A65"/>
          <w:sz w:val="16"/>
          <w:lang w:val="ja-JP" w:eastAsia="ja-JP"/>
        </w:rPr>
        <w:tab/>
        <w:t>2023年1月 – 2026年6月</w:t>
      </w:r>
    </w:p>
    <w:p>
      <w:pPr>
        <w:pStyle w:val="ResumeBullet"/>
        <w:numPr>
          <w:ilvl w:val="0"/>
          <w:numId w:val="10"/>
        </w:numPr>
        <w:keepNext/>
        <w:keepLines/>
      </w:pPr>
      <w:r>
        <w:rPr>
          <w:rFonts w:ascii="Yu Gothic" w:hAnsi="Yu Gothic" w:eastAsia="Yu Gothic"/>
          <w:b w:val="0"/>
          <w:i w:val="0"/>
          <w:color w:val="414440"/>
          <w:sz w:val="19"/>
          <w:lang w:val="ja-JP" w:eastAsia="ja-JP"/>
        </w:rPr>
        <w:t>3つの地表ゾーンと1つのエンドゲーム用屋内エリアにおける全フィールドエンカウントを制作。ボス戦と複数段階の「ロックダウン」も担当。</w:t>
      </w:r>
    </w:p>
    <w:p>
      <w:pPr>
        <w:pStyle w:val="ResumeBullet"/>
        <w:numPr>
          <w:ilvl w:val="0"/>
          <w:numId w:val="10"/>
        </w:numPr>
        <w:keepNext/>
        <w:keepLines/>
      </w:pPr>
      <w:r>
        <w:rPr>
          <w:rFonts w:ascii="Yu Gothic" w:hAnsi="Yu Gothic" w:eastAsia="Yu Gothic"/>
          <w:b w:val="0"/>
          <w:i w:val="0"/>
          <w:color w:val="414440"/>
          <w:sz w:val="19"/>
          <w:lang w:val="ja-JP" w:eastAsia="ja-JP"/>
        </w:rPr>
        <w:t>すべてのAIスポーンを、処理上限、優先度、除外ルール、セッション時間に応じた難易度条件で管理するゾーン単位のエンカウント制御システムをエンジニアリングと共同設計。</w:t>
      </w:r>
    </w:p>
    <w:p>
      <w:pPr>
        <w:pStyle w:val="ResumeBullet"/>
        <w:numPr>
          <w:ilvl w:val="0"/>
          <w:numId w:val="10"/>
        </w:numPr>
        <w:keepNext/>
        <w:keepLines/>
      </w:pPr>
      <w:r>
        <w:rPr>
          <w:rFonts w:ascii="Yu Gothic" w:hAnsi="Yu Gothic" w:eastAsia="Yu Gothic"/>
          <w:b w:val="0"/>
          <w:i w:val="0"/>
          <w:color w:val="414440"/>
          <w:sz w:val="19"/>
          <w:lang w:val="ja-JP" w:eastAsia="ja-JP"/>
        </w:rPr>
        <w:t>敵部隊編成、出現方法、戦闘ジオメトリ、AI目標、再出現、撤退、差し替えに関する再利用可能なプレハブと共通基準を定義。</w:t>
      </w:r>
    </w:p>
    <w:p>
      <w:pPr>
        <w:pStyle w:val="ResumeBullet"/>
        <w:numPr>
          <w:ilvl w:val="0"/>
          <w:numId w:val="10"/>
        </w:numPr>
        <w:keepLines/>
      </w:pPr>
      <w:r>
        <w:rPr>
          <w:rFonts w:ascii="Yu Gothic" w:hAnsi="Yu Gothic" w:eastAsia="Yu Gothic"/>
          <w:b w:val="0"/>
          <w:i w:val="0"/>
          <w:color w:val="414440"/>
          <w:sz w:val="19"/>
          <w:lang w:val="ja-JP" w:eastAsia="ja-JP"/>
        </w:rPr>
        <w:t>エンカウント制作とバランス調整を効率化し、データ変更によってコンテンツ群の調整や無効化を行える基盤を構築。</w:t>
      </w:r>
    </w:p>
    <w:p>
      <w:pPr>
        <w:pStyle w:val="Heading2"/>
        <w:spacing w:before="280"/>
        <w:keepNext/>
        <w:keepLines/>
      </w:pPr>
      <w:r>
        <w:rPr>
          <w:rFonts w:ascii="Yu Gothic" w:hAnsi="Yu Gothic" w:eastAsia="Yu Gothic"/>
          <w:b/>
          <w:i w:val="0"/>
          <w:color w:val="171816"/>
          <w:sz w:val="26"/>
          <w:lang w:val="ja-JP" w:eastAsia="ja-JP"/>
        </w:rPr>
        <w:t>リード・レベルデザイナー</w:t>
      </w:r>
      <w:r>
        <w:rPr>
          <w:rFonts w:ascii="Yu Gothic" w:hAnsi="Yu Gothic" w:eastAsia="Yu Gothic"/>
          <w:b w:val="0"/>
          <w:i w:val="0"/>
          <w:color w:val="C9C7C0"/>
          <w:sz w:val="22"/>
        </w:rPr>
        <w:t xml:space="preserve">  /  </w:t>
      </w:r>
      <w:r>
        <w:rPr>
          <w:rFonts w:ascii="Yu Gothic" w:hAnsi="Yu Gothic" w:eastAsia="Yu Gothic"/>
          <w:b/>
          <w:i w:val="0"/>
          <w:color w:val="666A65"/>
          <w:sz w:val="20"/>
          <w:lang w:val="ja-JP" w:eastAsia="ja-JP"/>
        </w:rPr>
        <w:t>Postcard Game Studio</w:t>
      </w:r>
    </w:p>
    <w:p>
      <w:pPr>
        <w:pStyle w:val="ResumeJobMeta"/>
        <w:tabs>
          <w:tab w:pos="10195" w:val="right"/>
        </w:tabs>
        <w:keepNext/>
        <w:keepLines/>
      </w:pPr>
      <w:r>
        <w:rPr>
          <w:rFonts w:ascii="Yu Gothic" w:hAnsi="Yu Gothic" w:eastAsia="Yu Gothic"/>
          <w:b/>
          <w:i w:val="0"/>
          <w:color w:val="BD302A"/>
          <w:sz w:val="16"/>
          <w:lang w:val="ja-JP" w:eastAsia="ja-JP"/>
        </w:rPr>
        <w:t>未発表オープンワールドFPS</w:t>
      </w:r>
      <w:r>
        <w:rPr>
          <w:rFonts w:ascii="Yu Gothic" w:hAnsi="Yu Gothic" w:eastAsia="Yu Gothic"/>
          <w:b/>
          <w:i w:val="0"/>
          <w:color w:val="666A65"/>
          <w:sz w:val="16"/>
          <w:lang w:val="ja-JP" w:eastAsia="ja-JP"/>
        </w:rPr>
        <w:tab/>
        <w:t>2022年1月 – 12月</w:t>
      </w:r>
    </w:p>
    <w:p>
      <w:pPr>
        <w:pStyle w:val="ResumeBullet"/>
        <w:numPr>
          <w:ilvl w:val="0"/>
          <w:numId w:val="10"/>
        </w:numPr>
        <w:keepNext/>
        <w:keepLines/>
      </w:pPr>
      <w:r>
        <w:rPr>
          <w:rFonts w:ascii="Yu Gothic" w:hAnsi="Yu Gothic" w:eastAsia="Yu Gothic"/>
          <w:b w:val="0"/>
          <w:i w:val="0"/>
          <w:color w:val="414440"/>
          <w:sz w:val="19"/>
          <w:lang w:val="ja-JP" w:eastAsia="ja-JP"/>
        </w:rPr>
        <w:t>初期企画からプレイ可能なバーティカルスライスまで、ワールド、レベル、アクティビティ、エンカウント設計をリード。</w:t>
      </w:r>
    </w:p>
    <w:p>
      <w:pPr>
        <w:pStyle w:val="ResumeBullet"/>
        <w:numPr>
          <w:ilvl w:val="0"/>
          <w:numId w:val="10"/>
        </w:numPr>
        <w:keepNext/>
        <w:keepLines/>
      </w:pPr>
      <w:r>
        <w:rPr>
          <w:rFonts w:ascii="Yu Gothic" w:hAnsi="Yu Gothic" w:eastAsia="Yu Gothic"/>
          <w:b w:val="0"/>
          <w:i w:val="0"/>
          <w:color w:val="414440"/>
          <w:sz w:val="19"/>
          <w:lang w:val="ja-JP" w:eastAsia="ja-JP"/>
        </w:rPr>
        <w:t>戦闘空間、目標、移動チャレンジ、プレイヤー動線、視界・射線、敵編成、アクティビティ密度の設計パターンを定義。</w:t>
      </w:r>
    </w:p>
    <w:p>
      <w:pPr>
        <w:pStyle w:val="ResumeBullet"/>
        <w:numPr>
          <w:ilvl w:val="0"/>
          <w:numId w:val="10"/>
        </w:numPr>
        <w:keepLines/>
      </w:pPr>
      <w:r>
        <w:rPr>
          <w:rFonts w:ascii="Yu Gothic" w:hAnsi="Yu Gothic" w:eastAsia="Yu Gothic"/>
          <w:b w:val="0"/>
          <w:i w:val="0"/>
          <w:color w:val="414440"/>
          <w:sz w:val="19"/>
          <w:lang w:val="ja-JP" w:eastAsia="ja-JP"/>
        </w:rPr>
        <w:t>少人数チームで高速に反復するための実装およびプレイテスト工程を整備。</w:t>
      </w:r>
    </w:p>
    <w:p>
      <w:pPr>
        <w:spacing w:before="0" w:after="0"/>
      </w:pPr>
      <w:r>
        <w:br w:type="page"/>
      </w:r>
    </w:p>
    <w:p>
      <w:pPr>
        <w:pStyle w:val="Heading1"/>
        <w:spacing w:before="120"/>
        <w:keepNext/>
        <w:keepLines/>
      </w:pPr>
      <w:r>
        <w:rPr>
          <w:rFonts w:ascii="Yu Gothic" w:hAnsi="Yu Gothic" w:eastAsia="Yu Gothic"/>
          <w:lang w:val="ja-JP" w:eastAsia="ja-JP"/>
        </w:rPr>
        <w:t>職務経歴（続き）</w:t>
      </w:r>
    </w:p>
    <w:p>
      <w:pPr>
        <w:pStyle w:val="Heading2"/>
        <w:spacing w:before="240"/>
        <w:keepNext/>
        <w:keepLines/>
      </w:pPr>
      <w:r>
        <w:rPr>
          <w:rFonts w:ascii="Yu Gothic" w:hAnsi="Yu Gothic" w:eastAsia="Yu Gothic"/>
          <w:b/>
          <w:i w:val="0"/>
          <w:color w:val="171816"/>
          <w:sz w:val="26"/>
          <w:lang w:val="ja-JP" w:eastAsia="ja-JP"/>
        </w:rPr>
        <w:t>レベルデザイナー／プランナー</w:t>
      </w:r>
      <w:r>
        <w:rPr>
          <w:rFonts w:ascii="Yu Gothic" w:hAnsi="Yu Gothic" w:eastAsia="Yu Gothic"/>
          <w:b w:val="0"/>
          <w:i w:val="0"/>
          <w:color w:val="C9C7C0"/>
          <w:sz w:val="22"/>
        </w:rPr>
        <w:t xml:space="preserve">  /  </w:t>
      </w:r>
      <w:r>
        <w:rPr>
          <w:rFonts w:ascii="Yu Gothic" w:hAnsi="Yu Gothic" w:eastAsia="Yu Gothic"/>
          <w:b/>
          <w:i w:val="0"/>
          <w:color w:val="666A65"/>
          <w:sz w:val="20"/>
          <w:lang w:val="ja-JP" w:eastAsia="ja-JP"/>
        </w:rPr>
        <w:t>Luminous Productions / Square Enix Group</w:t>
      </w:r>
    </w:p>
    <w:p>
      <w:pPr>
        <w:pStyle w:val="ResumeJobMeta"/>
        <w:tabs>
          <w:tab w:pos="10195" w:val="right"/>
        </w:tabs>
        <w:keepNext/>
        <w:keepLines/>
      </w:pPr>
      <w:r>
        <w:rPr>
          <w:rFonts w:ascii="Yu Gothic" w:hAnsi="Yu Gothic" w:eastAsia="Yu Gothic"/>
          <w:b/>
          <w:i w:val="0"/>
          <w:color w:val="BD302A"/>
          <w:sz w:val="16"/>
          <w:lang w:val="ja-JP" w:eastAsia="ja-JP"/>
        </w:rPr>
        <w:t>FORSPOKEN</w:t>
      </w:r>
      <w:r>
        <w:rPr>
          <w:rFonts w:ascii="Yu Gothic" w:hAnsi="Yu Gothic" w:eastAsia="Yu Gothic"/>
          <w:b/>
          <w:i w:val="0"/>
          <w:color w:val="666A65"/>
          <w:sz w:val="16"/>
          <w:lang w:val="ja-JP" w:eastAsia="ja-JP"/>
        </w:rPr>
        <w:tab/>
        <w:t>2018年12月 – 2022年1月</w:t>
      </w:r>
    </w:p>
    <w:p>
      <w:pPr>
        <w:pStyle w:val="ResumeBullet"/>
        <w:numPr>
          <w:ilvl w:val="0"/>
          <w:numId w:val="10"/>
        </w:numPr>
        <w:keepNext/>
        <w:keepLines/>
      </w:pPr>
      <w:r>
        <w:rPr>
          <w:rFonts w:ascii="Yu Gothic" w:hAnsi="Yu Gothic" w:eastAsia="Yu Gothic"/>
          <w:b w:val="0"/>
          <w:i w:val="0"/>
          <w:color w:val="414440"/>
          <w:sz w:val="19"/>
          <w:lang w:val="ja-JP" w:eastAsia="ja-JP"/>
        </w:rPr>
        <w:t>移動導線、戦闘の視認性、探索のリズム、報酬への導線を考慮した大規模オープンワールドエリアを設計。</w:t>
      </w:r>
    </w:p>
    <w:p>
      <w:pPr>
        <w:pStyle w:val="ResumeBullet"/>
        <w:numPr>
          <w:ilvl w:val="0"/>
          <w:numId w:val="10"/>
        </w:numPr>
        <w:keepNext/>
        <w:keepLines/>
      </w:pPr>
      <w:r>
        <w:rPr>
          <w:rFonts w:ascii="Yu Gothic" w:hAnsi="Yu Gothic" w:eastAsia="Yu Gothic"/>
          <w:b w:val="0"/>
          <w:i w:val="0"/>
          <w:color w:val="414440"/>
          <w:sz w:val="19"/>
          <w:lang w:val="ja-JP" w:eastAsia="ja-JP"/>
        </w:rPr>
        <w:t>モジュール型チャレンジ、エンカウント、ワールドアクティビティをブロックアウトから実装まで制作。</w:t>
      </w:r>
    </w:p>
    <w:p>
      <w:pPr>
        <w:pStyle w:val="ResumeBullet"/>
        <w:numPr>
          <w:ilvl w:val="0"/>
          <w:numId w:val="10"/>
        </w:numPr>
        <w:keepLines/>
      </w:pPr>
      <w:r>
        <w:rPr>
          <w:rFonts w:ascii="Yu Gothic" w:hAnsi="Yu Gothic" w:eastAsia="Yu Gothic"/>
          <w:b w:val="0"/>
          <w:i w:val="0"/>
          <w:color w:val="414440"/>
          <w:sz w:val="19"/>
          <w:lang w:val="ja-JP" w:eastAsia="ja-JP"/>
        </w:rPr>
        <w:t>日本の開発環境で、アート、エンジニアリング、コンバット、プロダクションと連携し、ゲームプレイ要件をワールドへ統合。</w:t>
      </w:r>
    </w:p>
    <w:p>
      <w:pPr>
        <w:pStyle w:val="Heading2"/>
        <w:spacing w:before="400"/>
        <w:keepNext/>
        <w:keepLines/>
      </w:pPr>
      <w:r>
        <w:rPr>
          <w:rFonts w:ascii="Yu Gothic" w:hAnsi="Yu Gothic" w:eastAsia="Yu Gothic"/>
          <w:b/>
          <w:i w:val="0"/>
          <w:color w:val="171816"/>
          <w:sz w:val="26"/>
          <w:lang w:val="ja-JP" w:eastAsia="ja-JP"/>
        </w:rPr>
        <w:t>シニア・ワールド／アクティビティデザイナー</w:t>
      </w:r>
      <w:r>
        <w:rPr>
          <w:rFonts w:ascii="Yu Gothic" w:hAnsi="Yu Gothic" w:eastAsia="Yu Gothic"/>
          <w:b w:val="0"/>
          <w:i w:val="0"/>
          <w:color w:val="C9C7C0"/>
          <w:sz w:val="22"/>
        </w:rPr>
        <w:t xml:space="preserve">  /  </w:t>
      </w:r>
      <w:r>
        <w:rPr>
          <w:rFonts w:ascii="Yu Gothic" w:hAnsi="Yu Gothic" w:eastAsia="Yu Gothic"/>
          <w:b/>
          <w:i w:val="0"/>
          <w:color w:val="666A65"/>
          <w:sz w:val="20"/>
          <w:lang w:val="ja-JP" w:eastAsia="ja-JP"/>
        </w:rPr>
        <w:t>Bungie</w:t>
      </w:r>
    </w:p>
    <w:p>
      <w:pPr>
        <w:pStyle w:val="ResumeJobMeta"/>
        <w:tabs>
          <w:tab w:pos="10195" w:val="right"/>
        </w:tabs>
        <w:keepNext/>
        <w:keepLines/>
      </w:pPr>
      <w:r>
        <w:rPr>
          <w:rFonts w:ascii="Yu Gothic" w:hAnsi="Yu Gothic" w:eastAsia="Yu Gothic"/>
          <w:b/>
          <w:i w:val="0"/>
          <w:color w:val="BD302A"/>
          <w:sz w:val="16"/>
          <w:lang w:val="ja-JP" w:eastAsia="ja-JP"/>
        </w:rPr>
        <w:t>Destiny / Destiny 2</w:t>
      </w:r>
      <w:r>
        <w:rPr>
          <w:rFonts w:ascii="Yu Gothic" w:hAnsi="Yu Gothic" w:eastAsia="Yu Gothic"/>
          <w:b/>
          <w:i w:val="0"/>
          <w:color w:val="666A65"/>
          <w:sz w:val="16"/>
          <w:lang w:val="ja-JP" w:eastAsia="ja-JP"/>
        </w:rPr>
        <w:tab/>
        <w:t>2014年8月 – 2018年10月</w:t>
      </w:r>
    </w:p>
    <w:p>
      <w:pPr>
        <w:pStyle w:val="ResumeBullet"/>
        <w:numPr>
          <w:ilvl w:val="0"/>
          <w:numId w:val="10"/>
        </w:numPr>
        <w:keepNext/>
        <w:keepLines/>
      </w:pPr>
      <w:r>
        <w:rPr>
          <w:rFonts w:ascii="Yu Gothic" w:hAnsi="Yu Gothic" w:eastAsia="Yu Gothic"/>
          <w:b w:val="0"/>
          <w:i w:val="0"/>
          <w:color w:val="414440"/>
          <w:sz w:val="19"/>
          <w:lang w:val="ja-JP" w:eastAsia="ja-JP"/>
        </w:rPr>
        <w:t>公開アクティビティ「無視界の源泉」を初期設計からリリースまで担当。アクティビティロジック、敵ウェーブ、難易度、週替わりボス、ボーナス目標、UI／演出トリガー、調整、不具合修正を実施。</w:t>
      </w:r>
    </w:p>
    <w:p>
      <w:pPr>
        <w:pStyle w:val="ResumeBullet"/>
        <w:numPr>
          <w:ilvl w:val="0"/>
          <w:numId w:val="10"/>
        </w:numPr>
        <w:keepNext/>
        <w:keepLines/>
      </w:pPr>
      <w:r>
        <w:rPr>
          <w:rFonts w:ascii="Yu Gothic" w:hAnsi="Yu Gothic" w:eastAsia="Yu Gothic"/>
          <w:b w:val="0"/>
          <w:i w:val="0"/>
          <w:color w:val="414440"/>
          <w:sz w:val="19"/>
          <w:lang w:val="ja-JP" w:eastAsia="ja-JP"/>
        </w:rPr>
        <w:t>「アセンダントの挑戦」のフォーマット、週間サイクル、軽量な制作手法を考案し、3人のデザイナーの企画承認、レビュー、プレイテスト、実装をリード。</w:t>
      </w:r>
    </w:p>
    <w:p>
      <w:pPr>
        <w:pStyle w:val="ResumeBullet"/>
        <w:numPr>
          <w:ilvl w:val="0"/>
          <w:numId w:val="10"/>
        </w:numPr>
        <w:keepNext/>
        <w:keepLines/>
      </w:pPr>
      <w:r>
        <w:rPr>
          <w:rFonts w:ascii="Yu Gothic" w:hAnsi="Yu Gothic" w:eastAsia="Yu Gothic"/>
          <w:b w:val="0"/>
          <w:i w:val="0"/>
          <w:color w:val="414440"/>
          <w:sz w:val="19"/>
          <w:lang w:val="ja-JP" w:eastAsia="ja-JP"/>
        </w:rPr>
        <w:t>「夢見る都市」の戦闘空間を調整し、フィールドエンカウント、レアターゲット、クエスト、隠し要素、3週間のカレンダーバリエーションを制作。</w:t>
      </w:r>
    </w:p>
    <w:p>
      <w:pPr>
        <w:pStyle w:val="ResumeBullet"/>
        <w:numPr>
          <w:ilvl w:val="0"/>
          <w:numId w:val="10"/>
        </w:numPr>
        <w:keepNext/>
        <w:keepLines/>
      </w:pPr>
      <w:r>
        <w:rPr>
          <w:rFonts w:ascii="Yu Gothic" w:hAnsi="Yu Gothic" w:eastAsia="Yu Gothic"/>
          <w:b w:val="0"/>
          <w:i w:val="0"/>
          <w:color w:val="414440"/>
          <w:sz w:val="19"/>
          <w:lang w:val="ja-JP" w:eastAsia="ja-JP"/>
        </w:rPr>
        <w:t>共有空間で非アクティブな戦闘員リソースをメモリに読み込まないローディング方式をエンジニアリングと共同構築。</w:t>
      </w:r>
    </w:p>
    <w:p>
      <w:pPr>
        <w:pStyle w:val="ResumeBullet"/>
        <w:numPr>
          <w:ilvl w:val="0"/>
          <w:numId w:val="10"/>
        </w:numPr>
        <w:keepLines/>
      </w:pPr>
      <w:r>
        <w:rPr>
          <w:rFonts w:ascii="Yu Gothic" w:hAnsi="Yu Gothic" w:eastAsia="Yu Gothic"/>
          <w:b w:val="0"/>
          <w:i w:val="0"/>
          <w:color w:val="414440"/>
          <w:sz w:val="19"/>
          <w:lang w:val="ja-JP" w:eastAsia="ja-JP"/>
        </w:rPr>
        <w:t>ドレッドノート、災いの地、イオ、ネッススのロケーション／アクティビティ設計にも参加。</w:t>
      </w:r>
    </w:p>
    <w:p>
      <w:pPr>
        <w:pStyle w:val="Heading2"/>
        <w:spacing w:before="400"/>
        <w:keepNext/>
        <w:keepLines/>
      </w:pPr>
      <w:r>
        <w:rPr>
          <w:rFonts w:ascii="Yu Gothic" w:hAnsi="Yu Gothic" w:eastAsia="Yu Gothic"/>
          <w:b/>
          <w:i w:val="0"/>
          <w:color w:val="171816"/>
          <w:sz w:val="26"/>
          <w:lang w:val="ja-JP" w:eastAsia="ja-JP"/>
        </w:rPr>
        <w:t>ミッションデザイナー</w:t>
      </w:r>
      <w:r>
        <w:rPr>
          <w:rFonts w:ascii="Yu Gothic" w:hAnsi="Yu Gothic" w:eastAsia="Yu Gothic"/>
          <w:b w:val="0"/>
          <w:i w:val="0"/>
          <w:color w:val="C9C7C0"/>
          <w:sz w:val="22"/>
        </w:rPr>
        <w:t xml:space="preserve">  /  </w:t>
      </w:r>
      <w:r>
        <w:rPr>
          <w:rFonts w:ascii="Yu Gothic" w:hAnsi="Yu Gothic" w:eastAsia="Yu Gothic"/>
          <w:b/>
          <w:i w:val="0"/>
          <w:color w:val="666A65"/>
          <w:sz w:val="20"/>
          <w:lang w:val="ja-JP" w:eastAsia="ja-JP"/>
        </w:rPr>
        <w:t>343 Industries / Microsoft Studios</w:t>
      </w:r>
    </w:p>
    <w:p>
      <w:pPr>
        <w:pStyle w:val="ResumeJobMeta"/>
        <w:tabs>
          <w:tab w:pos="10195" w:val="right"/>
        </w:tabs>
        <w:keepNext/>
        <w:keepLines/>
      </w:pPr>
      <w:r>
        <w:rPr>
          <w:rFonts w:ascii="Yu Gothic" w:hAnsi="Yu Gothic" w:eastAsia="Yu Gothic"/>
          <w:b/>
          <w:i w:val="0"/>
          <w:color w:val="BD302A"/>
          <w:sz w:val="16"/>
          <w:lang w:val="ja-JP" w:eastAsia="ja-JP"/>
        </w:rPr>
        <w:t>Halo 4／Halo 5: Guardians プリプロダクション</w:t>
      </w:r>
      <w:r>
        <w:rPr>
          <w:rFonts w:ascii="Yu Gothic" w:hAnsi="Yu Gothic" w:eastAsia="Yu Gothic"/>
          <w:b/>
          <w:i w:val="0"/>
          <w:color w:val="666A65"/>
          <w:sz w:val="16"/>
          <w:lang w:val="ja-JP" w:eastAsia="ja-JP"/>
        </w:rPr>
        <w:tab/>
        <w:t>初期キャリア</w:t>
      </w:r>
    </w:p>
    <w:p>
      <w:pPr>
        <w:pStyle w:val="ResumeBullet"/>
        <w:numPr>
          <w:ilvl w:val="0"/>
          <w:numId w:val="10"/>
        </w:numPr>
        <w:keepNext/>
        <w:keepLines/>
      </w:pPr>
      <w:r>
        <w:rPr>
          <w:rFonts w:ascii="Yu Gothic" w:hAnsi="Yu Gothic" w:eastAsia="Yu Gothic"/>
          <w:b w:val="0"/>
          <w:i w:val="0"/>
          <w:color w:val="414440"/>
          <w:sz w:val="19"/>
          <w:lang w:val="ja-JP" w:eastAsia="ja-JP"/>
        </w:rPr>
        <w:t>『Halo 4』のキャンペーン用レベル、戦闘空間、AIエンカウント、戦闘の緩急、スクリプト演出を設計・実装。ミッション「インフィニティ」の制作を含む。</w:t>
      </w:r>
    </w:p>
    <w:p>
      <w:pPr>
        <w:pStyle w:val="ResumeBullet"/>
        <w:numPr>
          <w:ilvl w:val="0"/>
          <w:numId w:val="10"/>
        </w:numPr>
        <w:keepLines/>
      </w:pPr>
      <w:r>
        <w:rPr>
          <w:rFonts w:ascii="Yu Gothic" w:hAnsi="Yu Gothic" w:eastAsia="Yu Gothic"/>
          <w:b w:val="0"/>
          <w:i w:val="0"/>
          <w:color w:val="414440"/>
          <w:sz w:val="19"/>
          <w:lang w:val="ja-JP" w:eastAsia="ja-JP"/>
        </w:rPr>
        <w:t>『Halo 5: Guardians』の初期キャンペーン企画とエンカウントのプロトタイピングに参加。</w:t>
      </w:r>
    </w:p>
    <w:p>
      <w:pPr>
        <w:pStyle w:val="Heading1"/>
        <w:spacing w:before="480"/>
        <w:keepNext/>
        <w:keepLines/>
      </w:pPr>
      <w:r>
        <w:rPr>
          <w:rFonts w:ascii="Yu Gothic" w:hAnsi="Yu Gothic" w:eastAsia="Yu Gothic"/>
          <w:lang w:val="ja-JP" w:eastAsia="ja-JP"/>
        </w:rPr>
        <w:t>初期キャリア</w:t>
      </w:r>
    </w:p>
    <w:p>
      <w:pPr>
        <w:pStyle w:val="ResumeFoundation"/>
        <w:keepLines/>
      </w:pPr>
      <w:r>
        <w:rPr>
          <w:rFonts w:ascii="Yu Gothic" w:hAnsi="Yu Gothic" w:eastAsia="Yu Gothic"/>
          <w:lang w:val="ja-JP" w:eastAsia="ja-JP"/>
        </w:rPr>
        <w:t>Microsoft、Nintendo、Insomniac GamesでQA、BVT、開発支援を経験。ビルド安定性、コンテンツ検証、不具合の優先順位付け、部門横断の制作進行に関する実務基盤を築いた。</w:t>
      </w:r>
    </w:p>
    <w:sectPr>
      <w:headerReference w:type="first" r:id="rId9"/>
      <w:headerReference w:type="default" r:id="rId10"/>
      <w:footerReference w:type="default" r:id="rId11"/>
      <w:pgSz w:w="12240" w:h="15840"/>
      <w:pgMar w:top="893" w:right="1008" w:bottom="893" w:left="1008" w:header="403"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jc w:val="right"/>
    </w:pPr>
    <w:r>
      <w:rPr>
        <w:rFonts w:ascii="Yu Gothic" w:hAnsi="Yu Gothic" w:eastAsia="Yu Gothic"/>
        <w:b/>
        <w:i w:val="0"/>
        <w:color w:val="666A65"/>
        <w:sz w:val="14"/>
        <w:lang w:val="ja-JP" w:eastAsia="ja-JP"/>
      </w:rPr>
      <w:t xml:space="preserve">PAGE </w:t>
    </w:r>
    <w:r>
      <w:rPr>
        <w:rFonts w:ascii="Yu Gothic" w:hAnsi="Yu Gothic" w:eastAsia="Yu Gothic"/>
        <w:b/>
        <w:i w:val="0"/>
        <w:color w:val="666A65"/>
        <w:sz w:val="14"/>
      </w:rPr>
      <w:fldChar w:fldCharType="begin"/>
      <w:instrText xml:space="preserve"> PAGE </w:instrText>
      <w:fldChar w:fldCharType="separate"/>
      <w:t>1</w:t>
      <w:fldChar w:fldCharType="end"/>
    </w:r>
    <w:r>
      <w:rPr>
        <w:rFonts w:ascii="Yu Gothic" w:hAnsi="Yu Gothic" w:eastAsia="Yu Gothic"/>
        <w:b/>
        <w:i w:val="0"/>
        <w:color w:val="666A65"/>
        <w:sz w:val="14"/>
      </w:rPr>
      <w:t xml:space="preserve"> / </w:t>
    </w:r>
    <w:r>
      <w:rPr>
        <w:rFonts w:ascii="Yu Gothic" w:hAnsi="Yu Gothic" w:eastAsia="Yu Gothic"/>
        <w:b/>
        <w:i w:val="0"/>
        <w:color w:val="666A65"/>
        <w:sz w:val="14"/>
      </w:rPr>
      <w:fldChar w:fldCharType="begin"/>
      <w:instrText xml:space="preserve"> NUMPAGES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10224" w:val="right"/>
      </w:tabs>
      <w:spacing w:before="0" w:after="0" w:line="240" w:lineRule="auto"/>
    </w:pPr>
    <w:r>
      <w:rPr>
        <w:rFonts w:ascii="Yu Gothic" w:hAnsi="Yu Gothic" w:eastAsia="Yu Gothic"/>
        <w:b/>
        <w:i w:val="0"/>
        <w:color w:val="BD302A"/>
        <w:sz w:val="14"/>
        <w:lang w:val="ja-JP" w:eastAsia="ja-JP"/>
      </w:rPr>
      <w:t>DAN CALLAN</w:t>
    </w:r>
    <w:r>
      <w:rPr>
        <w:rFonts w:ascii="Yu Gothic" w:hAnsi="Yu Gothic" w:eastAsia="Yu Gothic"/>
        <w:b/>
        <w:i w:val="0"/>
        <w:color w:val="666A65"/>
        <w:sz w:val="14"/>
        <w:lang w:val="en-US"/>
      </w:rPr>
      <w:tab/>
      <w:t>GAME DESIGN — ACTIVITIES / ENCOUNTERS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489"/>
        </w:tabs>
        <w:ind w:left="489" w:hanging="244"/>
        <w:spacing w:after="100"/>
      </w:pPr>
      <w:rPr>
        <w:color w:val="BD302A"/>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ja-JP" w:eastAsia="ja-JP"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0" w:line="331" w:lineRule="auto"/>
    </w:pPr>
    <w:rPr>
      <w:rFonts w:ascii="Yu Gothic" w:hAnsi="Yu Gothic" w:eastAsia="Yu Gothic"/>
      <w:color w:val="171816"/>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40" w:after="120" w:line="240" w:lineRule="auto"/>
      <w:outlineLvl w:val="0"/>
    </w:pPr>
    <w:rPr>
      <w:rFonts w:asciiTheme="majorHAnsi" w:eastAsiaTheme="majorEastAsia" w:hAnsiTheme="majorHAnsi" w:cstheme="majorBidi" w:ascii="Yu Gothic" w:hAnsi="Yu Gothic" w:eastAsia="Yu Gothic"/>
      <w:b/>
      <w:bCs/>
      <w:color w:val="BD302A"/>
      <w:sz w:val="19"/>
      <w:szCs w:val="28"/>
    </w:rPr>
  </w:style>
  <w:style w:type="paragraph" w:styleId="Heading2">
    <w:name w:val="heading 2"/>
    <w:basedOn w:val="Normal"/>
    <w:next w:val="Normal"/>
    <w:link w:val="Heading2Char"/>
    <w:uiPriority w:val="9"/>
    <w:unhideWhenUsed/>
    <w:qFormat/>
    <w:rsid w:val="00FC693F"/>
    <w:pPr>
      <w:keepNext/>
      <w:keepLines/>
      <w:widowControl/>
      <w:spacing w:before="220" w:after="50" w:line="276" w:lineRule="auto"/>
      <w:outlineLvl w:val="1"/>
    </w:pPr>
    <w:rPr>
      <w:rFonts w:asciiTheme="majorHAnsi" w:eastAsiaTheme="majorEastAsia" w:hAnsiTheme="majorHAnsi" w:cstheme="majorBidi" w:ascii="Yu Gothic" w:hAnsi="Yu Gothic" w:eastAsia="Yu Gothic"/>
      <w:b/>
      <w:bCs/>
      <w:color w:val="171816"/>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Kicker">
    <w:name w:val="Resume Kicker"/>
    <w:basedOn w:val="Normal"/>
    <w:pPr>
      <w:widowControl/>
      <w:spacing w:before="0" w:after="60" w:line="240" w:lineRule="auto"/>
    </w:pPr>
    <w:rPr>
      <w:rFonts w:ascii="Yu Gothic" w:hAnsi="Yu Gothic" w:eastAsia="Yu Gothic"/>
      <w:b/>
      <w:color w:val="BD302A"/>
      <w:sz w:val="17"/>
    </w:rPr>
  </w:style>
  <w:style w:type="paragraph" w:customStyle="1" w:styleId="ResumeName">
    <w:name w:val="Resume Name"/>
    <w:basedOn w:val="Normal"/>
    <w:pPr>
      <w:widowControl/>
      <w:spacing w:before="0" w:after="40" w:line="221" w:lineRule="auto"/>
    </w:pPr>
    <w:rPr>
      <w:rFonts w:ascii="Yu Gothic" w:hAnsi="Yu Gothic" w:eastAsia="Yu Gothic"/>
      <w:b/>
      <w:color w:val="171816"/>
      <w:sz w:val="68"/>
    </w:rPr>
  </w:style>
  <w:style w:type="paragraph" w:customStyle="1" w:styleId="ResumeRole">
    <w:name w:val="Resume Role"/>
    <w:basedOn w:val="Normal"/>
    <w:pPr>
      <w:widowControl/>
      <w:spacing w:before="0" w:after="200" w:line="324" w:lineRule="auto"/>
    </w:pPr>
    <w:rPr>
      <w:rFonts w:ascii="Yu Gothic" w:hAnsi="Yu Gothic" w:eastAsia="Yu Gothic"/>
      <w:b/>
      <w:color w:val="171816"/>
      <w:sz w:val="22"/>
    </w:rPr>
  </w:style>
  <w:style w:type="paragraph" w:customStyle="1" w:styleId="ResumeContact">
    <w:name w:val="Resume Contact"/>
    <w:basedOn w:val="Normal"/>
    <w:pPr>
      <w:widowControl/>
      <w:spacing w:before="0" w:after="200" w:line="252" w:lineRule="auto"/>
    </w:pPr>
    <w:rPr>
      <w:rFonts w:ascii="Yu Gothic" w:hAnsi="Yu Gothic" w:eastAsia="Yu Gothic"/>
      <w:b w:val="0"/>
      <w:color w:val="171816"/>
      <w:sz w:val="16"/>
    </w:rPr>
  </w:style>
  <w:style w:type="paragraph" w:customStyle="1" w:styleId="ResumeProfile">
    <w:name w:val="Resume Profile"/>
    <w:basedOn w:val="Normal"/>
    <w:pPr>
      <w:widowControl/>
      <w:spacing w:before="0" w:after="180" w:line="341" w:lineRule="auto"/>
    </w:pPr>
    <w:rPr>
      <w:rFonts w:ascii="Yu Gothic" w:hAnsi="Yu Gothic" w:eastAsia="Yu Gothic"/>
      <w:b w:val="0"/>
      <w:color w:val="393C38"/>
      <w:sz w:val="20"/>
    </w:rPr>
  </w:style>
  <w:style w:type="paragraph" w:customStyle="1" w:styleId="ResumeStrengths">
    <w:name w:val="Resume Strengths"/>
    <w:basedOn w:val="Normal"/>
    <w:pPr>
      <w:widowControl/>
      <w:spacing w:before="0" w:after="160" w:line="324" w:lineRule="auto"/>
    </w:pPr>
    <w:rPr>
      <w:rFonts w:ascii="Yu Gothic" w:hAnsi="Yu Gothic" w:eastAsia="Yu Gothic"/>
      <w:b w:val="0"/>
      <w:color w:val="393C38"/>
      <w:sz w:val="18"/>
    </w:rPr>
  </w:style>
  <w:style w:type="paragraph" w:customStyle="1" w:styleId="ResumeJobMeta">
    <w:name w:val="Resume Job Meta"/>
    <w:basedOn w:val="Normal"/>
    <w:pPr>
      <w:widowControl/>
      <w:spacing w:before="0" w:after="100" w:line="252" w:lineRule="auto"/>
    </w:pPr>
    <w:rPr>
      <w:rFonts w:ascii="Yu Gothic" w:hAnsi="Yu Gothic" w:eastAsia="Yu Gothic"/>
      <w:b/>
      <w:color w:val="666A65"/>
      <w:sz w:val="16"/>
    </w:rPr>
  </w:style>
  <w:style w:type="paragraph" w:customStyle="1" w:styleId="ResumeBullet">
    <w:name w:val="Resume Bullet"/>
    <w:basedOn w:val="Normal"/>
    <w:pPr>
      <w:widowControl/>
      <w:spacing w:before="0" w:after="100" w:line="336" w:lineRule="auto"/>
    </w:pPr>
    <w:rPr>
      <w:rFonts w:ascii="Yu Gothic" w:hAnsi="Yu Gothic" w:eastAsia="Yu Gothic"/>
      <w:b w:val="0"/>
      <w:color w:val="414440"/>
      <w:sz w:val="19"/>
    </w:rPr>
  </w:style>
  <w:style w:type="paragraph" w:customStyle="1" w:styleId="ResumeFoundation">
    <w:name w:val="Resume Foundation"/>
    <w:basedOn w:val="Normal"/>
    <w:pPr>
      <w:widowControl/>
      <w:spacing w:before="0" w:after="0" w:line="341" w:lineRule="auto"/>
    </w:pPr>
    <w:rPr>
      <w:rFonts w:ascii="Yu Gothic" w:hAnsi="Yu Gothic" w:eastAsia="Yu Gothic"/>
      <w:b w:val="0"/>
      <w:color w:val="393C38"/>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hyperlink" Target="mailto:dan@robot-series.com" TargetMode="External"/><Relationship Id="rId13" Type="http://schemas.openxmlformats.org/officeDocument/2006/relationships/hyperlink" Target="https://www.linkedin.com/in/danjamin/" TargetMode="External"/><Relationship Id="rId14" Type="http://schemas.openxmlformats.org/officeDocument/2006/relationships/hyperlink" Target="https://portfolio.robot-ser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 Callan — 職務経歴書</dc:title>
  <dc:subject>Game design resume</dc:subject>
  <dc:creator/>
  <cp:keywords>game design, activity design, encounter design, PvPvE</cp:keywords>
  <dc:description/>
  <cp:lastModifiedBy/>
  <cp:revision>1</cp:revision>
  <dcterms:created xsi:type="dcterms:W3CDTF">2013-12-23T23:15:00Z</dcterms:created>
  <dcterms:modified xsi:type="dcterms:W3CDTF">2013-12-23T23:15:00Z</dcterms:modified>
  <cp:category/>
</cp:coreProperties>
</file>